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מילת היחס הנכונה אחרי פעלים עם מילת יחס קבועה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נטיית מילות יחס (ל, על, עם, מ, את) בגופים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משפטים תקינים עם מילות יחס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מילת היחס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את מילת היחס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פועל למילת היחס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אני + ל =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הנטייה הנכונה של 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משפטים עם מילות יחס נטויות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אמא שלי כתבה מכתב אליי.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חופשית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שהפועל מופיע עם מילת היחס הנכונה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אפשרית: מתגעגע, מחכה, מקשיב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איתי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עם צורה נטויה של על, למשל: הוא סומך עליי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עם הכרטיסים לפני התרגול כדי לרענן את הפעלים עם מילת היחס הקבועה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טבלת הנטייה (לי, לך, לו...) לפני המעבר לתרגילי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אתגר: לכתוב את אותו משפט עם מילת יחס אחרת ולבדוק אם הוא עדיין נכון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יחס ונטייה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פעלים שתמיד מופיעים עם מילת יחס מסוימת, כמו 'מתגעגע ל' או 'מפחד מ'. בדף הזה נתרגל את מילות היחס האלה ואת הנטייה שלהן בגופים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  ·  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מילת היחס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אני מתגעגעת ___ סבא וסבתא.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הילד מסתכל ___ הציור היפה.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אנחנו מקשיבים ___ המורה בכיתה.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השלימו את מילת היחס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אני מחכה __________ חברה שלי כבר חצי שעה.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הילדים משחקים __________ הכדור בחצר.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פועל למילת היחס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מתגעגע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מסתכל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אוהב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היחס 'ל' בגוף ראשון יחיד (אני) היא 'לי'.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מילת היחס 'את' נוטה כך: אותי, אותך, אותו.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משפטים עם מילות יחס נטויות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עם המילה 'אליי' (מילת היחס אל בגוף ראשון).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חופשית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שני פעלים מהדף (מתגעגע, מסתכל, נפגש, מפחד, אוהב) וכתבו איתם משפט קצר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פועל אחד שתמיד בא עם מילת היחס 'ל'.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הצורה הנכונה של 'עם' בגוף אני?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יחס ונטייה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