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יחס ונטייה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מילת היחס הנכונה אחרי פעלים עם מילת יחס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נטיית מילות יחס (ל, על, עם, מ, את) בגופים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תקינים עם מילות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מילת היחס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את מילת היחס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פועל למילת היחס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אני + ל =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+ עם =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הנטייה הנכונה של 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הצורה הנכונה היא 'עלינו', עליהם היא לגוף שלישי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כל מילת יחס משתנה לפי הגוף המדבר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משפטים עם מילות יחס נטויות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אמא שלי כתבה מכתב אליי.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דני שיחק איתו בכדורסל.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קיבלתי מכתב ממנה אתמול.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בלפחות שתי מילות יחס שונות במשפטים הגיוניים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שהפועל מופיע עם מילת היחס הנכונה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אפשרית: מתגעגע, מחכה, מקשיב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איתי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צורה נטויה של על, למשל: הוא סומך עליי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עם הכרטיסים לפני התרגול כדי לרענן את הפעלים עם מילת היחס הקבועה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טבלת הנטייה (לי, לך, לו...) לפני המעבר לתרגילי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לכתוב את אותו משפט עם מילת יחס אחרת ולבדוק אם הוא עדיין נכון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יחס ונטייה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קטנות שנקראות מילות יחס, כמו: ל, על, עם, מ, את. כל פועל 'אוהב' מילת יחס מסוימת. למשל: מתגעגע תמיד בא עם 'ל'. היום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קטנה כמו ל, על, עם, מ, את, 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 עם מילת יחס קבועה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שתמיד מופיע עם אותה מילת יחס, למשל מתגעגע 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נטייה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של המילה לפי מי מדבר - אני, אתה, הוא...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אני, אתה, את, הוא, היא, אנחנו, אתם, 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שם, כמו אני, הוא, היא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אליי / עליי / איתי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צורות נטויות של אל, על, עם בגוף ראשון יחיד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מילת היחס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חסרה? אני מתגעגעת ___ סבא.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חסרה? מסתכל ___ הציור.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מקשיבים ___ המורה.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נפגש ___ חברים.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מפחדת ___ הכלב.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מתעניינים ___ ספורט.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השלימו את מילת היחס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מחכה __________ חברה שלי כבר חצי שעה.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הילדים משחקים __________ הכדור בחצר.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אנחנו סומכים __________ המורה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היא יוצאת __________ הבית בשמונה בבוקר.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אני אוהבת __________ הספר הזה מאוד.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פועל למילת היחס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מתגעגע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מסתכל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נפגש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'ל' בגוף ראשון יחיד (אני) היא 'לי'.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'עם' בגוף שלישי יחיד זכר (הוא) היא 'איתו'.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'את' נוטה כך: אותי, אותך,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'על' בגוף ראשון רבים (אנחנו) היא 'עליהם'.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לנטות כל מילת יחס בכל אחד מהגופים.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משפטים עם מילות יחס נטויות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'אליי' (מילת היחס אל בגוף ראשון).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המילה 'איתו' (מילת היחס עם בגוף שלישי יחיד זכר).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עם המילה 'ממנה' (מילת היחס מ בגוף שלישי יחיד נקבה).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יום רגיל שלכם, ושימוש בלפחות שתי מילות יחס שונות (ל, על, עם, מ, את, ב).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 פעלים מהדף (מתגעגע, מסתכל, נפגש, מפחד, אוהב) וכתבו איתם משפט קצר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פועל אחד שתמיד בא עם מילת היחס 'ל'.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הצורה הנכונה של 'עם' בגוף אני?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מילת היחס 'על' בנטייה.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יחס ונטייה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