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מילת היחס הנכונה אחרי פעלים עם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יחס (ל, על, עם, מ, את) בגופים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היחס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היחס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פועל למילת היחס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+ ל =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+ עם =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הנטייה הנכונה של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היא 'עלינו', עליהם היא לגוף שלישי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מילת יחס משתנה לפי הגוף המדבר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מילות יחס נטויות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אמא שלי כתבה מכתב אליי.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דני שיחק איתו בכדורסל.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קיבלתי מכתב ממנה אתמול.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שתי מילות יחס שונות במשפטים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שהפועל מופיע עם מילת היחס הנכונה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אפשרית: מתגעגע, מחכה, מקשיב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איתי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צורה נטויה של על, למשל: הוא סומך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עם הכרטיסים לפני התרגול כדי לרענן את הפעלים עם מילת היחס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טבלת הנטייה (לי, לך, לו...)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את אותו משפט עם מילת יחס אחרת ולבדוק אם הוא עדיין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פעלים שתמיד מופיעים עם מילת יחס מסוימת, כמו 'מתגעגע ל' או 'מפחד מ'. בדף הזה נתרגל את מילות היחס האלה ואת הנטייה שלהן בגופים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היחס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אני מתגעגעת ___ סבא וסבתא.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הילד מסתכל ___ הציור היפה.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אנחנו מקשיבים ___ המורה בכיתה.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הוא נפגש ___ החברים שלו אחרי הלימודים.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אני מפחדת ___ הכלב הגדול ברחוב.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הם מתעניינים מאוד ___ ספורט.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מילת היחס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מחכה __________ חברה שלי כבר חצי 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משחקים __________ הכדור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סומכים __________ המורה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יוצאת __________ הבית בשמונה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אוהבת __________ הספר הזה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פועל למילת היחס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'ל' בגוף ראשון יחיד (אני) היא 'לי'.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'עם' בגוף שלישי יחיד זכר (הוא) היא 'איתו'.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'את' נוטה כך: אותי, אותך,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'על' בגוף ראשון רבים (אנחנו) היא 'עליהם'.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לנטות כל מילת יחס בכל אחד מהגופים.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משפטים עם מילות יחס נטויות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'אליי' (מילת היחס אל בגוף ראשון).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'איתו' (מילת היחס עם בגוף שלישי יחיד זכר).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המילה 'ממנה' (מילת היחס מ בגוף שלישי יחיד נקבה).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יום רגיל שלכם, ושימוש בלפחות שתי מילות יחס שונות (ל, על, עם, מ, את, 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פעלים מהדף (מתגעגע, מסתכל, נפגש, מפחד, אוהב) וכתבו איתם משפט קצר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אחד שתמיד בא עם מילת היחס 'ל'.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הצורה הנכונה של 'עם' בגוף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היחס 'על' בנטייה.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